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FF6" w:rsidRPr="002F0491" w:rsidRDefault="003D4B89">
      <w:pPr>
        <w:spacing w:after="60"/>
        <w:jc w:val="center"/>
        <w:rPr>
          <w:rFonts w:cs="Arial"/>
          <w:sz w:val="28"/>
          <w:szCs w:val="28"/>
        </w:rPr>
      </w:pPr>
      <w:r w:rsidRPr="002F0491">
        <w:rPr>
          <w:rFonts w:cs="Arial"/>
          <w:b/>
          <w:color w:val="263238"/>
          <w:sz w:val="28"/>
          <w:szCs w:val="28"/>
        </w:rPr>
        <w:t>RICHIESTA DI RILASCIO DELLA TESSERA UTENTE DIGITALE</w:t>
      </w:r>
    </w:p>
    <w:p w:rsidR="003D4B89" w:rsidRDefault="001B0CDD" w:rsidP="003D4B89">
      <w:pPr>
        <w:spacing w:after="180"/>
        <w:jc w:val="center"/>
        <w:rPr>
          <w:b/>
          <w:sz w:val="22"/>
        </w:rPr>
      </w:pPr>
      <w:r w:rsidRPr="003D4B89">
        <w:rPr>
          <w:b/>
          <w:sz w:val="22"/>
        </w:rPr>
        <w:t xml:space="preserve">Centar za mlade - Centro Giovani „Dino </w:t>
      </w:r>
      <w:proofErr w:type="spellStart"/>
      <w:r w:rsidRPr="003D4B89">
        <w:rPr>
          <w:b/>
          <w:sz w:val="22"/>
        </w:rPr>
        <w:t>Škrapić</w:t>
      </w:r>
      <w:proofErr w:type="spellEnd"/>
      <w:r w:rsidRPr="003D4B89">
        <w:rPr>
          <w:b/>
          <w:sz w:val="22"/>
        </w:rPr>
        <w:t xml:space="preserve">” Rovinj - </w:t>
      </w:r>
      <w:proofErr w:type="spellStart"/>
      <w:r w:rsidRPr="003D4B89">
        <w:rPr>
          <w:b/>
          <w:sz w:val="22"/>
        </w:rPr>
        <w:t>Rovigno</w:t>
      </w:r>
      <w:proofErr w:type="spellEnd"/>
    </w:p>
    <w:p w:rsidR="003D4B89" w:rsidRPr="003D4B89" w:rsidRDefault="003D4B89" w:rsidP="003D4B89">
      <w:pPr>
        <w:spacing w:after="180"/>
        <w:jc w:val="center"/>
        <w:rPr>
          <w:b/>
          <w:sz w:val="22"/>
        </w:rPr>
      </w:pPr>
    </w:p>
    <w:p w:rsidR="00A703DF" w:rsidRDefault="00A703DF" w:rsidP="00A703DF">
      <w:pPr>
        <w:spacing w:after="140"/>
        <w:jc w:val="both"/>
        <w:rPr>
          <w:sz w:val="22"/>
        </w:rPr>
      </w:pPr>
      <w:r w:rsidRPr="00A703DF">
        <w:rPr>
          <w:sz w:val="22"/>
        </w:rPr>
        <w:t xml:space="preserve">La </w:t>
      </w:r>
      <w:proofErr w:type="spellStart"/>
      <w:r w:rsidRPr="00A703DF">
        <w:rPr>
          <w:sz w:val="22"/>
        </w:rPr>
        <w:t>tessera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utente</w:t>
      </w:r>
      <w:proofErr w:type="spellEnd"/>
      <w:r w:rsidRPr="00A703DF">
        <w:rPr>
          <w:sz w:val="22"/>
        </w:rPr>
        <w:t xml:space="preserve"> è </w:t>
      </w:r>
      <w:proofErr w:type="spellStart"/>
      <w:r w:rsidRPr="00A703DF">
        <w:rPr>
          <w:sz w:val="22"/>
        </w:rPr>
        <w:t>obbligatoria</w:t>
      </w:r>
      <w:proofErr w:type="spellEnd"/>
      <w:r w:rsidRPr="00A703DF">
        <w:rPr>
          <w:sz w:val="22"/>
        </w:rPr>
        <w:t xml:space="preserve"> per le </w:t>
      </w:r>
      <w:proofErr w:type="spellStart"/>
      <w:r w:rsidRPr="00A703DF">
        <w:rPr>
          <w:sz w:val="22"/>
        </w:rPr>
        <w:t>persone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dai</w:t>
      </w:r>
      <w:proofErr w:type="spellEnd"/>
      <w:r w:rsidRPr="00A703DF">
        <w:rPr>
          <w:sz w:val="22"/>
        </w:rPr>
        <w:t xml:space="preserve"> 14 ai 30 </w:t>
      </w:r>
      <w:proofErr w:type="spellStart"/>
      <w:r w:rsidRPr="00A703DF">
        <w:rPr>
          <w:sz w:val="22"/>
        </w:rPr>
        <w:t>anni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che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desiderano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utilizzare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autonomamente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gli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spazi</w:t>
      </w:r>
      <w:proofErr w:type="spellEnd"/>
      <w:r w:rsidRPr="00A703DF">
        <w:rPr>
          <w:sz w:val="22"/>
        </w:rPr>
        <w:t xml:space="preserve"> e </w:t>
      </w:r>
      <w:proofErr w:type="spellStart"/>
      <w:r w:rsidRPr="00A703DF">
        <w:rPr>
          <w:sz w:val="22"/>
        </w:rPr>
        <w:t>l’inventario</w:t>
      </w:r>
      <w:proofErr w:type="spellEnd"/>
      <w:r w:rsidRPr="00A703DF">
        <w:rPr>
          <w:sz w:val="22"/>
        </w:rPr>
        <w:t xml:space="preserve"> del </w:t>
      </w:r>
      <w:proofErr w:type="spellStart"/>
      <w:r w:rsidRPr="00A703DF">
        <w:rPr>
          <w:sz w:val="22"/>
        </w:rPr>
        <w:t>Centar</w:t>
      </w:r>
      <w:proofErr w:type="spellEnd"/>
      <w:r w:rsidRPr="00A703DF">
        <w:rPr>
          <w:sz w:val="22"/>
        </w:rPr>
        <w:t xml:space="preserve"> za </w:t>
      </w:r>
      <w:proofErr w:type="spellStart"/>
      <w:r w:rsidRPr="00A703DF">
        <w:rPr>
          <w:sz w:val="22"/>
        </w:rPr>
        <w:t>mlade</w:t>
      </w:r>
      <w:proofErr w:type="spellEnd"/>
      <w:r w:rsidRPr="00A703DF">
        <w:rPr>
          <w:sz w:val="22"/>
        </w:rPr>
        <w:t xml:space="preserve"> - Centro Giovani „Dino </w:t>
      </w:r>
      <w:proofErr w:type="spellStart"/>
      <w:r w:rsidRPr="00A703DF">
        <w:rPr>
          <w:sz w:val="22"/>
        </w:rPr>
        <w:t>Škrapić</w:t>
      </w:r>
      <w:proofErr w:type="spellEnd"/>
      <w:r w:rsidRPr="00A703DF">
        <w:rPr>
          <w:sz w:val="22"/>
        </w:rPr>
        <w:t>”.</w:t>
      </w:r>
      <w:r>
        <w:rPr>
          <w:sz w:val="22"/>
        </w:rPr>
        <w:t xml:space="preserve"> </w:t>
      </w:r>
      <w:r w:rsidRPr="00A703DF">
        <w:rPr>
          <w:sz w:val="22"/>
        </w:rPr>
        <w:t xml:space="preserve">La </w:t>
      </w:r>
      <w:proofErr w:type="spellStart"/>
      <w:r w:rsidRPr="00A703DF">
        <w:rPr>
          <w:sz w:val="22"/>
        </w:rPr>
        <w:t>tessera</w:t>
      </w:r>
      <w:proofErr w:type="spellEnd"/>
      <w:r w:rsidRPr="00A703DF">
        <w:rPr>
          <w:sz w:val="22"/>
        </w:rPr>
        <w:t xml:space="preserve"> è </w:t>
      </w:r>
      <w:proofErr w:type="spellStart"/>
      <w:r w:rsidRPr="00A703DF">
        <w:rPr>
          <w:sz w:val="22"/>
        </w:rPr>
        <w:t>gratuita</w:t>
      </w:r>
      <w:proofErr w:type="spellEnd"/>
      <w:r w:rsidRPr="00A703DF">
        <w:rPr>
          <w:sz w:val="22"/>
        </w:rPr>
        <w:t xml:space="preserve">, </w:t>
      </w:r>
      <w:proofErr w:type="spellStart"/>
      <w:r w:rsidRPr="00A703DF">
        <w:rPr>
          <w:sz w:val="22"/>
        </w:rPr>
        <w:t>personale</w:t>
      </w:r>
      <w:proofErr w:type="spellEnd"/>
      <w:r w:rsidRPr="00A703DF">
        <w:rPr>
          <w:sz w:val="22"/>
        </w:rPr>
        <w:t xml:space="preserve"> e non </w:t>
      </w:r>
      <w:proofErr w:type="spellStart"/>
      <w:r w:rsidRPr="00A703DF">
        <w:rPr>
          <w:sz w:val="22"/>
        </w:rPr>
        <w:t>cedibile</w:t>
      </w:r>
      <w:proofErr w:type="spellEnd"/>
      <w:r w:rsidRPr="00A703DF">
        <w:rPr>
          <w:sz w:val="22"/>
        </w:rPr>
        <w:t xml:space="preserve"> ed è </w:t>
      </w:r>
      <w:proofErr w:type="spellStart"/>
      <w:r w:rsidRPr="00A703DF">
        <w:rPr>
          <w:sz w:val="22"/>
        </w:rPr>
        <w:t>valida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fino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alla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revoca</w:t>
      </w:r>
      <w:proofErr w:type="spellEnd"/>
      <w:r w:rsidRPr="00A703DF">
        <w:rPr>
          <w:sz w:val="22"/>
        </w:rPr>
        <w:t xml:space="preserve"> o al </w:t>
      </w:r>
      <w:proofErr w:type="spellStart"/>
      <w:r w:rsidRPr="00A703DF">
        <w:rPr>
          <w:sz w:val="22"/>
        </w:rPr>
        <w:t>compimento</w:t>
      </w:r>
      <w:proofErr w:type="spellEnd"/>
      <w:r w:rsidRPr="00A703DF">
        <w:rPr>
          <w:sz w:val="22"/>
        </w:rPr>
        <w:t xml:space="preserve"> del 31º anno di </w:t>
      </w:r>
      <w:proofErr w:type="spellStart"/>
      <w:r w:rsidRPr="00A703DF">
        <w:rPr>
          <w:sz w:val="22"/>
        </w:rPr>
        <w:t>età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dell’utente</w:t>
      </w:r>
      <w:proofErr w:type="spellEnd"/>
      <w:r w:rsidRPr="00A703DF">
        <w:rPr>
          <w:sz w:val="22"/>
        </w:rPr>
        <w:t>.</w:t>
      </w:r>
      <w:r>
        <w:rPr>
          <w:sz w:val="22"/>
        </w:rPr>
        <w:t xml:space="preserve"> </w:t>
      </w:r>
      <w:r w:rsidRPr="00A703DF">
        <w:rPr>
          <w:sz w:val="22"/>
        </w:rPr>
        <w:t xml:space="preserve">Per </w:t>
      </w:r>
      <w:proofErr w:type="spellStart"/>
      <w:r w:rsidRPr="00A703DF">
        <w:rPr>
          <w:sz w:val="22"/>
        </w:rPr>
        <w:t>gli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utenti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dai</w:t>
      </w:r>
      <w:proofErr w:type="spellEnd"/>
      <w:r w:rsidRPr="00A703DF">
        <w:rPr>
          <w:sz w:val="22"/>
        </w:rPr>
        <w:t xml:space="preserve"> 14 ai 17 </w:t>
      </w:r>
      <w:proofErr w:type="spellStart"/>
      <w:r w:rsidRPr="00A703DF">
        <w:rPr>
          <w:sz w:val="22"/>
        </w:rPr>
        <w:t>anni</w:t>
      </w:r>
      <w:proofErr w:type="spellEnd"/>
      <w:r w:rsidRPr="00A703DF">
        <w:rPr>
          <w:sz w:val="22"/>
        </w:rPr>
        <w:t xml:space="preserve">, la </w:t>
      </w:r>
      <w:proofErr w:type="spellStart"/>
      <w:r w:rsidRPr="00A703DF">
        <w:rPr>
          <w:sz w:val="22"/>
        </w:rPr>
        <w:t>richiesta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deve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essere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compilata</w:t>
      </w:r>
      <w:proofErr w:type="spellEnd"/>
      <w:r w:rsidRPr="00A703DF">
        <w:rPr>
          <w:sz w:val="22"/>
        </w:rPr>
        <w:t xml:space="preserve"> da un </w:t>
      </w:r>
      <w:proofErr w:type="spellStart"/>
      <w:r w:rsidRPr="00A703DF">
        <w:rPr>
          <w:sz w:val="22"/>
        </w:rPr>
        <w:t>genitore</w:t>
      </w:r>
      <w:proofErr w:type="spellEnd"/>
      <w:r w:rsidRPr="00A703DF">
        <w:rPr>
          <w:sz w:val="22"/>
        </w:rPr>
        <w:t xml:space="preserve"> o dal </w:t>
      </w:r>
      <w:proofErr w:type="spellStart"/>
      <w:r w:rsidRPr="00A703DF">
        <w:rPr>
          <w:sz w:val="22"/>
        </w:rPr>
        <w:t>rappresentante</w:t>
      </w:r>
      <w:proofErr w:type="spellEnd"/>
      <w:r w:rsidRPr="00A703DF">
        <w:rPr>
          <w:sz w:val="22"/>
        </w:rPr>
        <w:t xml:space="preserve"> </w:t>
      </w:r>
      <w:proofErr w:type="spellStart"/>
      <w:r w:rsidRPr="00A703DF">
        <w:rPr>
          <w:sz w:val="22"/>
        </w:rPr>
        <w:t>legale</w:t>
      </w:r>
      <w:proofErr w:type="spellEnd"/>
      <w:r w:rsidRPr="00A703DF">
        <w:rPr>
          <w:sz w:val="22"/>
        </w:rPr>
        <w:t>.</w:t>
      </w:r>
    </w:p>
    <w:p w:rsidR="007C6998" w:rsidRPr="007C6998" w:rsidRDefault="007C6998" w:rsidP="00A703DF">
      <w:pPr>
        <w:spacing w:after="140"/>
        <w:jc w:val="both"/>
        <w:rPr>
          <w:sz w:val="22"/>
        </w:rPr>
      </w:pPr>
      <w:r w:rsidRPr="007C6998">
        <w:rPr>
          <w:sz w:val="22"/>
        </w:rPr>
        <w:t xml:space="preserve">Si </w:t>
      </w:r>
      <w:proofErr w:type="spellStart"/>
      <w:r w:rsidRPr="007C6998">
        <w:rPr>
          <w:sz w:val="22"/>
        </w:rPr>
        <w:t>prega</w:t>
      </w:r>
      <w:proofErr w:type="spellEnd"/>
      <w:r w:rsidRPr="007C6998">
        <w:rPr>
          <w:sz w:val="22"/>
        </w:rPr>
        <w:t xml:space="preserve"> di </w:t>
      </w:r>
      <w:proofErr w:type="spellStart"/>
      <w:r w:rsidRPr="007C6998">
        <w:rPr>
          <w:sz w:val="22"/>
        </w:rPr>
        <w:t>compilare</w:t>
      </w:r>
      <w:proofErr w:type="spellEnd"/>
      <w:r w:rsidRPr="007C6998">
        <w:rPr>
          <w:sz w:val="22"/>
        </w:rPr>
        <w:t xml:space="preserve"> i dati richiesti, contrassegnare tutte le caselle per confermare le dichiarazioni indicate e </w:t>
      </w:r>
      <w:proofErr w:type="spellStart"/>
      <w:r w:rsidRPr="007C6998">
        <w:rPr>
          <w:sz w:val="22"/>
        </w:rPr>
        <w:t>firmare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il</w:t>
      </w:r>
      <w:proofErr w:type="spellEnd"/>
      <w:r w:rsidRPr="007C6998">
        <w:rPr>
          <w:sz w:val="22"/>
        </w:rPr>
        <w:t xml:space="preserve"> modulo.</w:t>
      </w:r>
      <w:bookmarkStart w:id="0" w:name="_GoBack"/>
      <w:bookmarkEnd w:id="0"/>
    </w:p>
    <w:p w:rsidR="003D4B89" w:rsidRPr="003D4B89" w:rsidRDefault="003D4B89" w:rsidP="003D4B89">
      <w:pPr>
        <w:spacing w:after="140"/>
        <w:jc w:val="both"/>
        <w:rPr>
          <w:sz w:val="22"/>
        </w:rPr>
      </w:pPr>
    </w:p>
    <w:p w:rsidR="003D4B89" w:rsidRPr="003D4B89" w:rsidRDefault="003D4B89" w:rsidP="003D4B89">
      <w:pPr>
        <w:spacing w:after="0"/>
        <w:jc w:val="center"/>
        <w:rPr>
          <w:sz w:val="24"/>
          <w:szCs w:val="24"/>
        </w:rPr>
      </w:pPr>
      <w:r w:rsidRPr="003D4B89">
        <w:rPr>
          <w:b/>
          <w:color w:val="263238"/>
          <w:sz w:val="24"/>
          <w:szCs w:val="24"/>
        </w:rPr>
        <w:t>DATI DELL’UTENTE E DEL GENITORE O RAPPRESENTANTE LEGALE</w:t>
      </w:r>
    </w:p>
    <w:p w:rsidR="003D4B89" w:rsidRDefault="003D4B89">
      <w:pPr>
        <w:spacing w:after="0"/>
      </w:pPr>
    </w:p>
    <w:tbl>
      <w:tblPr>
        <w:tblW w:w="9804" w:type="dxa"/>
        <w:jc w:val="center"/>
        <w:tblBorders>
          <w:top w:val="single" w:sz="6" w:space="0" w:color="9AAAB2"/>
          <w:left w:val="single" w:sz="6" w:space="0" w:color="9AAAB2"/>
          <w:bottom w:val="single" w:sz="6" w:space="0" w:color="9AAAB2"/>
          <w:right w:val="single" w:sz="6" w:space="0" w:color="9AAAB2"/>
          <w:insideH w:val="single" w:sz="6" w:space="0" w:color="9AAAB2"/>
          <w:insideV w:val="single" w:sz="6" w:space="0" w:color="9AAAB2"/>
        </w:tblBorders>
        <w:tblLayout w:type="fixed"/>
        <w:tblLook w:val="04A0" w:firstRow="1" w:lastRow="0" w:firstColumn="1" w:lastColumn="0" w:noHBand="0" w:noVBand="1"/>
      </w:tblPr>
      <w:tblGrid>
        <w:gridCol w:w="4380"/>
        <w:gridCol w:w="5424"/>
      </w:tblGrid>
      <w:tr w:rsidR="00353FF6" w:rsidTr="00E96A84">
        <w:trPr>
          <w:jc w:val="center"/>
        </w:trPr>
        <w:tc>
          <w:tcPr>
            <w:tcW w:w="4380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E96A84" w:rsidRDefault="001B0CDD">
            <w:pPr>
              <w:spacing w:after="0"/>
              <w:rPr>
                <w:sz w:val="18"/>
                <w:szCs w:val="18"/>
              </w:rPr>
            </w:pPr>
            <w:r w:rsidRPr="00E96A84">
              <w:rPr>
                <w:b/>
                <w:color w:val="263238"/>
                <w:sz w:val="18"/>
                <w:szCs w:val="18"/>
              </w:rPr>
              <w:t xml:space="preserve">Nome e </w:t>
            </w:r>
            <w:proofErr w:type="spellStart"/>
            <w:r w:rsidRPr="00E96A84">
              <w:rPr>
                <w:b/>
                <w:color w:val="263238"/>
                <w:sz w:val="18"/>
                <w:szCs w:val="18"/>
              </w:rPr>
              <w:t>cognome</w:t>
            </w:r>
            <w:proofErr w:type="spellEnd"/>
            <w:r w:rsidRPr="00E96A84">
              <w:rPr>
                <w:b/>
                <w:color w:val="263238"/>
                <w:sz w:val="18"/>
                <w:szCs w:val="18"/>
              </w:rPr>
              <w:t xml:space="preserve"> </w:t>
            </w:r>
            <w:proofErr w:type="spellStart"/>
            <w:r w:rsidRPr="00E96A84">
              <w:rPr>
                <w:b/>
                <w:color w:val="263238"/>
                <w:sz w:val="18"/>
                <w:szCs w:val="18"/>
              </w:rPr>
              <w:t>dell’utente</w:t>
            </w:r>
            <w:proofErr w:type="spellEnd"/>
          </w:p>
        </w:tc>
        <w:tc>
          <w:tcPr>
            <w:tcW w:w="542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 w:line="288" w:lineRule="auto"/>
            </w:pPr>
            <w:r>
              <w:t xml:space="preserve"> </w:t>
            </w:r>
          </w:p>
        </w:tc>
      </w:tr>
      <w:tr w:rsidR="00353FF6" w:rsidTr="00E96A84">
        <w:trPr>
          <w:jc w:val="center"/>
        </w:trPr>
        <w:tc>
          <w:tcPr>
            <w:tcW w:w="4380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E96A84" w:rsidRDefault="001B0CDD">
            <w:pPr>
              <w:spacing w:after="0"/>
              <w:rPr>
                <w:sz w:val="18"/>
                <w:szCs w:val="18"/>
              </w:rPr>
            </w:pPr>
            <w:r w:rsidRPr="00E96A84">
              <w:rPr>
                <w:b/>
                <w:color w:val="263238"/>
                <w:sz w:val="18"/>
                <w:szCs w:val="18"/>
              </w:rPr>
              <w:t>Data di nascita dell’utente</w:t>
            </w:r>
          </w:p>
        </w:tc>
        <w:tc>
          <w:tcPr>
            <w:tcW w:w="542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 w:line="288" w:lineRule="auto"/>
            </w:pPr>
            <w:r>
              <w:t xml:space="preserve"> </w:t>
            </w:r>
          </w:p>
        </w:tc>
      </w:tr>
      <w:tr w:rsidR="00353FF6" w:rsidTr="00E96A84">
        <w:trPr>
          <w:jc w:val="center"/>
        </w:trPr>
        <w:tc>
          <w:tcPr>
            <w:tcW w:w="4380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E96A84" w:rsidRDefault="001B0CDD">
            <w:pPr>
              <w:spacing w:after="0"/>
              <w:rPr>
                <w:sz w:val="18"/>
                <w:szCs w:val="18"/>
              </w:rPr>
            </w:pPr>
            <w:r w:rsidRPr="00E96A84">
              <w:rPr>
                <w:b/>
                <w:color w:val="263238"/>
                <w:sz w:val="18"/>
                <w:szCs w:val="18"/>
              </w:rPr>
              <w:t>Nome e cognome del genitore o rappresentante legale</w:t>
            </w:r>
          </w:p>
        </w:tc>
        <w:tc>
          <w:tcPr>
            <w:tcW w:w="542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 w:line="288" w:lineRule="auto"/>
            </w:pPr>
            <w:r>
              <w:t xml:space="preserve"> </w:t>
            </w:r>
          </w:p>
        </w:tc>
      </w:tr>
      <w:tr w:rsidR="00353FF6" w:rsidTr="00E96A84">
        <w:trPr>
          <w:jc w:val="center"/>
        </w:trPr>
        <w:tc>
          <w:tcPr>
            <w:tcW w:w="4380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E96A84" w:rsidRDefault="001B0CDD">
            <w:pPr>
              <w:spacing w:after="0"/>
              <w:rPr>
                <w:sz w:val="18"/>
                <w:szCs w:val="18"/>
              </w:rPr>
            </w:pPr>
            <w:r w:rsidRPr="00E96A84">
              <w:rPr>
                <w:b/>
                <w:color w:val="263238"/>
                <w:sz w:val="18"/>
                <w:szCs w:val="18"/>
              </w:rPr>
              <w:t>Indirizzo e-mail del genitore o rappresentante legale</w:t>
            </w:r>
          </w:p>
        </w:tc>
        <w:tc>
          <w:tcPr>
            <w:tcW w:w="542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 w:line="288" w:lineRule="auto"/>
            </w:pPr>
            <w:r>
              <w:t xml:space="preserve"> </w:t>
            </w:r>
          </w:p>
        </w:tc>
      </w:tr>
      <w:tr w:rsidR="00353FF6" w:rsidTr="00E96A84">
        <w:trPr>
          <w:jc w:val="center"/>
        </w:trPr>
        <w:tc>
          <w:tcPr>
            <w:tcW w:w="4380" w:type="dxa"/>
            <w:shd w:val="clear" w:color="auto" w:fill="FFFFFF" w:themeFill="background1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E96A84" w:rsidRDefault="001B0CDD">
            <w:pPr>
              <w:spacing w:after="0"/>
              <w:rPr>
                <w:sz w:val="18"/>
                <w:szCs w:val="18"/>
              </w:rPr>
            </w:pPr>
            <w:r w:rsidRPr="00E96A84">
              <w:rPr>
                <w:b/>
                <w:color w:val="263238"/>
                <w:sz w:val="18"/>
                <w:szCs w:val="18"/>
              </w:rPr>
              <w:t>Numero di telefono del genitore o rappresentante legale</w:t>
            </w:r>
          </w:p>
        </w:tc>
        <w:tc>
          <w:tcPr>
            <w:tcW w:w="5424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 w:line="288" w:lineRule="auto"/>
            </w:pPr>
            <w:r>
              <w:t xml:space="preserve"> </w:t>
            </w:r>
          </w:p>
        </w:tc>
      </w:tr>
    </w:tbl>
    <w:p w:rsidR="007C6998" w:rsidRDefault="007C6998" w:rsidP="00A703DF">
      <w:pPr>
        <w:spacing w:after="0"/>
        <w:jc w:val="center"/>
        <w:rPr>
          <w:sz w:val="20"/>
          <w:szCs w:val="20"/>
        </w:rPr>
      </w:pPr>
    </w:p>
    <w:p w:rsidR="00353FF6" w:rsidRPr="007C6998" w:rsidRDefault="001B0CDD" w:rsidP="00A703DF">
      <w:pPr>
        <w:spacing w:after="0"/>
        <w:jc w:val="center"/>
        <w:rPr>
          <w:sz w:val="22"/>
        </w:rPr>
      </w:pPr>
      <w:r w:rsidRPr="007C6998">
        <w:rPr>
          <w:sz w:val="22"/>
        </w:rPr>
        <w:t xml:space="preserve">La </w:t>
      </w:r>
      <w:proofErr w:type="spellStart"/>
      <w:r w:rsidRPr="007C6998">
        <w:rPr>
          <w:sz w:val="22"/>
        </w:rPr>
        <w:t>tessera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utente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digitale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sarà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inviata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all’indirizzo</w:t>
      </w:r>
      <w:proofErr w:type="spellEnd"/>
      <w:r w:rsidRPr="007C6998">
        <w:rPr>
          <w:sz w:val="22"/>
        </w:rPr>
        <w:t xml:space="preserve"> e-mail </w:t>
      </w:r>
      <w:proofErr w:type="spellStart"/>
      <w:r w:rsidRPr="007C6998">
        <w:rPr>
          <w:sz w:val="22"/>
        </w:rPr>
        <w:t>indicato</w:t>
      </w:r>
      <w:proofErr w:type="spellEnd"/>
      <w:r w:rsidRPr="007C6998">
        <w:rPr>
          <w:sz w:val="22"/>
        </w:rPr>
        <w:t>.</w:t>
      </w:r>
      <w:r w:rsidR="00A703DF">
        <w:rPr>
          <w:sz w:val="22"/>
        </w:rPr>
        <w:t xml:space="preserve"> </w:t>
      </w:r>
      <w:r w:rsidRPr="007C6998">
        <w:rPr>
          <w:sz w:val="22"/>
        </w:rPr>
        <w:t xml:space="preserve">Il </w:t>
      </w:r>
      <w:proofErr w:type="spellStart"/>
      <w:r w:rsidRPr="007C6998">
        <w:rPr>
          <w:sz w:val="22"/>
        </w:rPr>
        <w:t>numero</w:t>
      </w:r>
      <w:proofErr w:type="spellEnd"/>
      <w:r w:rsidRPr="007C6998">
        <w:rPr>
          <w:sz w:val="22"/>
        </w:rPr>
        <w:t xml:space="preserve"> di </w:t>
      </w:r>
      <w:proofErr w:type="spellStart"/>
      <w:r w:rsidRPr="007C6998">
        <w:rPr>
          <w:sz w:val="22"/>
        </w:rPr>
        <w:t>telefono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sarà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utilizzato</w:t>
      </w:r>
      <w:proofErr w:type="spellEnd"/>
      <w:r w:rsidRPr="007C6998">
        <w:rPr>
          <w:sz w:val="22"/>
        </w:rPr>
        <w:t xml:space="preserve"> per </w:t>
      </w:r>
      <w:proofErr w:type="spellStart"/>
      <w:r w:rsidRPr="007C6998">
        <w:rPr>
          <w:sz w:val="22"/>
        </w:rPr>
        <w:t>comunicazioni</w:t>
      </w:r>
      <w:proofErr w:type="spellEnd"/>
      <w:r w:rsidRPr="007C6998">
        <w:rPr>
          <w:sz w:val="22"/>
        </w:rPr>
        <w:t xml:space="preserve"> relative </w:t>
      </w:r>
      <w:proofErr w:type="spellStart"/>
      <w:r w:rsidRPr="007C6998">
        <w:rPr>
          <w:sz w:val="22"/>
        </w:rPr>
        <w:t>alla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permanenza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dell’utente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minorenne</w:t>
      </w:r>
      <w:proofErr w:type="spellEnd"/>
      <w:r w:rsidRPr="007C6998">
        <w:rPr>
          <w:sz w:val="22"/>
        </w:rPr>
        <w:t xml:space="preserve"> </w:t>
      </w:r>
      <w:proofErr w:type="spellStart"/>
      <w:r w:rsidRPr="007C6998">
        <w:rPr>
          <w:sz w:val="22"/>
        </w:rPr>
        <w:t>nel</w:t>
      </w:r>
      <w:proofErr w:type="spellEnd"/>
      <w:r w:rsidRPr="007C6998">
        <w:rPr>
          <w:sz w:val="22"/>
        </w:rPr>
        <w:t xml:space="preserve"> Centro.</w:t>
      </w:r>
    </w:p>
    <w:p w:rsidR="003D4B89" w:rsidRDefault="003D4B89">
      <w:pPr>
        <w:spacing w:after="0"/>
      </w:pPr>
    </w:p>
    <w:p w:rsidR="003D4B89" w:rsidRDefault="003D4B89">
      <w:pPr>
        <w:spacing w:after="0"/>
      </w:pPr>
    </w:p>
    <w:p w:rsidR="003D4B89" w:rsidRPr="003D4B89" w:rsidRDefault="003D4B89" w:rsidP="003D4B89">
      <w:pPr>
        <w:spacing w:after="0"/>
        <w:jc w:val="center"/>
        <w:rPr>
          <w:sz w:val="24"/>
          <w:szCs w:val="24"/>
        </w:rPr>
      </w:pPr>
      <w:r>
        <w:rPr>
          <w:b/>
          <w:color w:val="263238"/>
          <w:sz w:val="24"/>
          <w:szCs w:val="24"/>
        </w:rPr>
        <w:t>DICHIARAZIONI E CONSENSO</w:t>
      </w:r>
    </w:p>
    <w:p w:rsidR="007C6998" w:rsidRPr="007C6998" w:rsidRDefault="007C6998">
      <w:pPr>
        <w:spacing w:after="0"/>
        <w:rPr>
          <w:sz w:val="22"/>
        </w:rPr>
      </w:pPr>
    </w:p>
    <w:tbl>
      <w:tblPr>
        <w:tblW w:w="9748" w:type="dxa"/>
        <w:jc w:val="center"/>
        <w:tblBorders>
          <w:top w:val="single" w:sz="6" w:space="0" w:color="9AAAB2"/>
          <w:left w:val="single" w:sz="6" w:space="0" w:color="9AAAB2"/>
          <w:bottom w:val="single" w:sz="6" w:space="0" w:color="9AAAB2"/>
          <w:right w:val="single" w:sz="6" w:space="0" w:color="9AAAB2"/>
          <w:insideH w:val="single" w:sz="6" w:space="0" w:color="9AAAB2"/>
          <w:insideV w:val="single" w:sz="6" w:space="0" w:color="9AAAB2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8905"/>
      </w:tblGrid>
      <w:tr w:rsidR="00353FF6" w:rsidTr="003D4B89">
        <w:trPr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/>
              <w:jc w:val="center"/>
            </w:pPr>
            <w:r>
              <w:rPr>
                <w:color w:val="263238"/>
                <w:sz w:val="30"/>
              </w:rPr>
              <w:t>☐</w:t>
            </w:r>
          </w:p>
        </w:tc>
        <w:tc>
          <w:tcPr>
            <w:tcW w:w="8905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53FF6" w:rsidRPr="007C6998" w:rsidRDefault="001B0CDD" w:rsidP="003D4B89">
            <w:pPr>
              <w:spacing w:after="20"/>
            </w:pPr>
            <w:r w:rsidRPr="007C6998">
              <w:rPr>
                <w:sz w:val="18"/>
              </w:rPr>
              <w:t xml:space="preserve">Confermo di aver preso visione del Regolamento interno del Centro e di </w:t>
            </w:r>
            <w:proofErr w:type="spellStart"/>
            <w:r w:rsidRPr="007C6998">
              <w:rPr>
                <w:sz w:val="18"/>
              </w:rPr>
              <w:t>averne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informato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l’utente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minorenne</w:t>
            </w:r>
            <w:proofErr w:type="spellEnd"/>
            <w:r w:rsidRPr="007C6998">
              <w:rPr>
                <w:sz w:val="18"/>
              </w:rPr>
              <w:t>.</w:t>
            </w:r>
          </w:p>
        </w:tc>
      </w:tr>
      <w:tr w:rsidR="00353FF6" w:rsidTr="003D4B89">
        <w:trPr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/>
              <w:jc w:val="center"/>
            </w:pPr>
            <w:r>
              <w:rPr>
                <w:color w:val="263238"/>
                <w:sz w:val="30"/>
              </w:rPr>
              <w:t>☐</w:t>
            </w:r>
          </w:p>
        </w:tc>
        <w:tc>
          <w:tcPr>
            <w:tcW w:w="8905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53FF6" w:rsidRPr="007C6998" w:rsidRDefault="001B0CDD" w:rsidP="00E96A84">
            <w:pPr>
              <w:spacing w:after="20"/>
            </w:pPr>
            <w:r w:rsidRPr="007C6998">
              <w:rPr>
                <w:sz w:val="18"/>
              </w:rPr>
              <w:t>Autorizzo l’utente minorenne ad arrivare, permanere e lasciare autonomamente il Centro.</w:t>
            </w:r>
          </w:p>
        </w:tc>
      </w:tr>
      <w:tr w:rsidR="00353FF6" w:rsidTr="003D4B89">
        <w:trPr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/>
              <w:jc w:val="center"/>
            </w:pPr>
            <w:r>
              <w:rPr>
                <w:color w:val="263238"/>
                <w:sz w:val="30"/>
              </w:rPr>
              <w:t>☐</w:t>
            </w:r>
          </w:p>
        </w:tc>
        <w:tc>
          <w:tcPr>
            <w:tcW w:w="8905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53FF6" w:rsidRPr="007C6998" w:rsidRDefault="001B0CDD">
            <w:pPr>
              <w:spacing w:after="20"/>
            </w:pPr>
            <w:r w:rsidRPr="007C6998">
              <w:rPr>
                <w:sz w:val="18"/>
              </w:rPr>
              <w:t>Sono consapevole che durante il libero utilizzo degli spazi non è prevista una sorveglianza diretta e continua del singolo utente.</w:t>
            </w:r>
          </w:p>
        </w:tc>
      </w:tr>
      <w:tr w:rsidR="00353FF6" w:rsidTr="003D4B89">
        <w:trPr>
          <w:trHeight w:val="426"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Default="001B0CDD">
            <w:pPr>
              <w:spacing w:after="0"/>
              <w:jc w:val="center"/>
            </w:pPr>
            <w:r>
              <w:rPr>
                <w:color w:val="263238"/>
                <w:sz w:val="30"/>
              </w:rPr>
              <w:t>☐</w:t>
            </w:r>
          </w:p>
        </w:tc>
        <w:tc>
          <w:tcPr>
            <w:tcW w:w="8905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53FF6" w:rsidRPr="007C6998" w:rsidRDefault="001B0CDD" w:rsidP="003D4B89">
            <w:pPr>
              <w:spacing w:after="20"/>
            </w:pPr>
            <w:r w:rsidRPr="007C6998">
              <w:rPr>
                <w:sz w:val="18"/>
              </w:rPr>
              <w:t xml:space="preserve">Confermo che i dati inseriti </w:t>
            </w:r>
            <w:proofErr w:type="spellStart"/>
            <w:r w:rsidRPr="007C6998">
              <w:rPr>
                <w:sz w:val="18"/>
              </w:rPr>
              <w:t>nella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richiesta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sono</w:t>
            </w:r>
            <w:proofErr w:type="spellEnd"/>
            <w:r w:rsidRPr="007C6998">
              <w:rPr>
                <w:sz w:val="18"/>
              </w:rPr>
              <w:t xml:space="preserve"> </w:t>
            </w:r>
            <w:proofErr w:type="spellStart"/>
            <w:r w:rsidRPr="007C6998">
              <w:rPr>
                <w:sz w:val="18"/>
              </w:rPr>
              <w:t>corretti</w:t>
            </w:r>
            <w:proofErr w:type="spellEnd"/>
            <w:r w:rsidRPr="007C6998">
              <w:rPr>
                <w:sz w:val="18"/>
              </w:rPr>
              <w:t>.</w:t>
            </w:r>
          </w:p>
        </w:tc>
      </w:tr>
      <w:tr w:rsidR="00353FF6" w:rsidTr="007C6998">
        <w:trPr>
          <w:trHeight w:val="23"/>
          <w:jc w:val="center"/>
        </w:trPr>
        <w:tc>
          <w:tcPr>
            <w:tcW w:w="843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:rsidR="00353FF6" w:rsidRPr="007C6998" w:rsidRDefault="001B0CDD">
            <w:pPr>
              <w:spacing w:after="0"/>
              <w:jc w:val="center"/>
            </w:pPr>
            <w:r w:rsidRPr="007C6998">
              <w:rPr>
                <w:sz w:val="30"/>
              </w:rPr>
              <w:t>☐</w:t>
            </w:r>
          </w:p>
        </w:tc>
        <w:tc>
          <w:tcPr>
            <w:tcW w:w="8905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53FF6" w:rsidRPr="007C6998" w:rsidRDefault="001B0CDD">
            <w:pPr>
              <w:spacing w:after="20"/>
            </w:pPr>
            <w:r w:rsidRPr="007C6998">
              <w:rPr>
                <w:sz w:val="18"/>
              </w:rPr>
              <w:t>Autorizzo il trattamento dei dati personali.</w:t>
            </w:r>
          </w:p>
          <w:p w:rsidR="00353FF6" w:rsidRPr="00E96A84" w:rsidRDefault="001B0CDD" w:rsidP="003D4B89">
            <w:pPr>
              <w:spacing w:after="0"/>
              <w:jc w:val="both"/>
              <w:rPr>
                <w:sz w:val="18"/>
                <w:szCs w:val="18"/>
              </w:rPr>
            </w:pPr>
            <w:r w:rsidRPr="00E96A84">
              <w:rPr>
                <w:sz w:val="18"/>
                <w:szCs w:val="18"/>
              </w:rPr>
              <w:t>Confermo che i dati inseriti nel presente modulo sono corretti e autorizzo il loro trattamento ai fini del rilascio e della gestione della tessera utente del Centar za mlade - Centro Giovani „Dino Škrapić” Rovinj - Rovigno, nonché per contattare l’utente oppure il genitore o rappresentante legale, nel rispetto della normativa vigente in materia di protezione dei dati personali. Per richiedere l’accesso, la rettifica o la cancellazione dei miei dati personali posso contattare: centarzamlade@pour.hr</w:t>
            </w:r>
          </w:p>
        </w:tc>
      </w:tr>
    </w:tbl>
    <w:p w:rsidR="00353FF6" w:rsidRDefault="00353FF6">
      <w:pPr>
        <w:spacing w:after="20"/>
      </w:pPr>
    </w:p>
    <w:tbl>
      <w:tblPr>
        <w:tblW w:w="9360" w:type="dxa"/>
        <w:jc w:val="center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900"/>
        <w:gridCol w:w="5460"/>
      </w:tblGrid>
      <w:tr w:rsidR="00353FF6">
        <w:trPr>
          <w:jc w:val="center"/>
        </w:trPr>
        <w:tc>
          <w:tcPr>
            <w:tcW w:w="390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D4B89" w:rsidRDefault="003D4B89">
            <w:pPr>
              <w:spacing w:after="180"/>
              <w:rPr>
                <w:b/>
                <w:sz w:val="20"/>
                <w:szCs w:val="20"/>
              </w:rPr>
            </w:pPr>
          </w:p>
          <w:p w:rsidR="00353FF6" w:rsidRPr="003D4B89" w:rsidRDefault="001B0CDD">
            <w:pPr>
              <w:spacing w:after="180"/>
              <w:rPr>
                <w:sz w:val="20"/>
                <w:szCs w:val="20"/>
              </w:rPr>
            </w:pPr>
            <w:proofErr w:type="spellStart"/>
            <w:r w:rsidRPr="003D4B89">
              <w:rPr>
                <w:b/>
                <w:sz w:val="20"/>
                <w:szCs w:val="20"/>
              </w:rPr>
              <w:t>Luogo</w:t>
            </w:r>
            <w:proofErr w:type="spellEnd"/>
            <w:r w:rsidRPr="003D4B89">
              <w:rPr>
                <w:b/>
                <w:sz w:val="20"/>
                <w:szCs w:val="20"/>
              </w:rPr>
              <w:t xml:space="preserve"> e data</w:t>
            </w:r>
          </w:p>
        </w:tc>
        <w:tc>
          <w:tcPr>
            <w:tcW w:w="5460" w:type="dxa"/>
            <w:tcMar>
              <w:top w:w="90" w:type="dxa"/>
              <w:left w:w="120" w:type="dxa"/>
              <w:bottom w:w="90" w:type="dxa"/>
              <w:right w:w="120" w:type="dxa"/>
            </w:tcMar>
          </w:tcPr>
          <w:p w:rsidR="003D4B89" w:rsidRDefault="003D4B89" w:rsidP="003D4B89">
            <w:pPr>
              <w:spacing w:after="180"/>
              <w:jc w:val="right"/>
              <w:rPr>
                <w:b/>
                <w:sz w:val="20"/>
                <w:szCs w:val="20"/>
              </w:rPr>
            </w:pPr>
          </w:p>
          <w:p w:rsidR="00353FF6" w:rsidRPr="003D4B89" w:rsidRDefault="00E96A84" w:rsidP="00E96A84">
            <w:pPr>
              <w:spacing w:after="18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Firma del </w:t>
            </w:r>
            <w:proofErr w:type="spellStart"/>
            <w:r>
              <w:rPr>
                <w:b/>
                <w:sz w:val="20"/>
                <w:szCs w:val="20"/>
              </w:rPr>
              <w:t>genitore</w:t>
            </w:r>
            <w:proofErr w:type="spellEnd"/>
            <w:r>
              <w:rPr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b/>
                <w:sz w:val="20"/>
                <w:szCs w:val="20"/>
              </w:rPr>
              <w:t>rappresentante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legale</w:t>
            </w:r>
            <w:proofErr w:type="spellEnd"/>
          </w:p>
        </w:tc>
      </w:tr>
    </w:tbl>
    <w:p w:rsidR="001B0CDD" w:rsidRDefault="001B0CDD"/>
    <w:sectPr w:rsidR="001B0CDD" w:rsidSect="00034616">
      <w:pgSz w:w="11909" w:h="16834"/>
      <w:pgMar w:top="792" w:right="1037" w:bottom="792" w:left="1037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F94" w:rsidRDefault="009D7F94">
      <w:pPr>
        <w:spacing w:after="0" w:line="240" w:lineRule="auto"/>
      </w:pPr>
      <w:r>
        <w:separator/>
      </w:r>
    </w:p>
  </w:endnote>
  <w:endnote w:type="continuationSeparator" w:id="0">
    <w:p w:rsidR="009D7F94" w:rsidRDefault="009D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F94" w:rsidRDefault="009D7F94">
      <w:pPr>
        <w:spacing w:after="0" w:line="240" w:lineRule="auto"/>
      </w:pPr>
      <w:r>
        <w:separator/>
      </w:r>
    </w:p>
  </w:footnote>
  <w:footnote w:type="continuationSeparator" w:id="0">
    <w:p w:rsidR="009D7F94" w:rsidRDefault="009D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9330E3"/>
    <w:multiLevelType w:val="hybridMultilevel"/>
    <w:tmpl w:val="74B49440"/>
    <w:lvl w:ilvl="0" w:tplc="FAAC3D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0CDD"/>
    <w:rsid w:val="0029639D"/>
    <w:rsid w:val="002F0491"/>
    <w:rsid w:val="00326F90"/>
    <w:rsid w:val="00353FF6"/>
    <w:rsid w:val="003D4B89"/>
    <w:rsid w:val="007C6998"/>
    <w:rsid w:val="009D7F94"/>
    <w:rsid w:val="00A703DF"/>
    <w:rsid w:val="00AA1D8D"/>
    <w:rsid w:val="00B47730"/>
    <w:rsid w:val="00CB0664"/>
    <w:rsid w:val="00E96A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60CA31"/>
  <w14:defaultImageDpi w14:val="300"/>
  <w15:docId w15:val="{746D1168-CA29-4C07-A138-BC806030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sz w:val="19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8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A4E3A6-7E0D-4280-B4E3-203B1F3F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MIRKO FILIPOVIĆ</dc:creator>
  <cp:keywords/>
  <cp:lastModifiedBy>Korisnik</cp:lastModifiedBy>
  <cp:revision>5</cp:revision>
  <dcterms:created xsi:type="dcterms:W3CDTF">2013-12-23T23:15:00Z</dcterms:created>
  <dcterms:modified xsi:type="dcterms:W3CDTF">2026-09-07T11:39:00Z</dcterms:modified>
  <cp:category/>
</cp:coreProperties>
</file>